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A39" w:rsidRDefault="00923A39" w:rsidP="00C6663C">
      <w:pPr>
        <w:spacing w:line="240" w:lineRule="auto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pl-PL" w:eastAsia="pl-PL"/>
        </w:rPr>
        <w:drawing>
          <wp:inline distT="0" distB="0" distL="0" distR="0" wp14:anchorId="5DCED9D0" wp14:editId="6386DC6C">
            <wp:extent cx="704850" cy="7048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rbzuk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F10" w:rsidRPr="00C6663C" w:rsidRDefault="00923A39">
      <w:pPr>
        <w:jc w:val="center"/>
        <w:rPr>
          <w:sz w:val="20"/>
          <w:szCs w:val="20"/>
        </w:rPr>
      </w:pPr>
      <w:r w:rsidRPr="00C6663C">
        <w:rPr>
          <w:b/>
          <w:sz w:val="20"/>
          <w:szCs w:val="20"/>
        </w:rPr>
        <w:t>ZGODA RODZICA / OPIEKUNA PRAWNEGO</w:t>
      </w:r>
    </w:p>
    <w:p w:rsidR="001F6F10" w:rsidRPr="00C6663C" w:rsidRDefault="00923A39">
      <w:pPr>
        <w:jc w:val="center"/>
        <w:rPr>
          <w:sz w:val="20"/>
          <w:szCs w:val="20"/>
        </w:rPr>
      </w:pPr>
      <w:r w:rsidRPr="00C6663C">
        <w:rPr>
          <w:b/>
          <w:sz w:val="20"/>
          <w:szCs w:val="20"/>
        </w:rPr>
        <w:t>NA UDZIAŁ W ZAWODACH SPORTOWYCH, TRANSPORT I UDZIELENIE PIERWSZEJ POMOCY</w:t>
      </w:r>
    </w:p>
    <w:p w:rsidR="001F6F10" w:rsidRPr="00C6663C" w:rsidRDefault="00923A39">
      <w:pPr>
        <w:spacing w:after="80"/>
        <w:rPr>
          <w:sz w:val="20"/>
          <w:szCs w:val="20"/>
        </w:rPr>
      </w:pPr>
      <w:r w:rsidRPr="00C6663C">
        <w:rPr>
          <w:sz w:val="20"/>
          <w:szCs w:val="20"/>
        </w:rPr>
        <w:t>Miejscowość i data: ________________________________________________________________________</w:t>
      </w:r>
    </w:p>
    <w:p w:rsidR="001F6F10" w:rsidRPr="00C6663C" w:rsidRDefault="00923A39">
      <w:pPr>
        <w:spacing w:after="80"/>
        <w:rPr>
          <w:sz w:val="20"/>
          <w:szCs w:val="20"/>
        </w:rPr>
      </w:pPr>
      <w:r w:rsidRPr="00C6663C">
        <w:rPr>
          <w:sz w:val="20"/>
          <w:szCs w:val="20"/>
        </w:rPr>
        <w:t>Imię i nazwisko rodzica/opiekuna prawnego: ________________________________________________________________________</w:t>
      </w:r>
    </w:p>
    <w:p w:rsidR="001F6F10" w:rsidRPr="00C6663C" w:rsidRDefault="00923A39">
      <w:pPr>
        <w:spacing w:after="80"/>
        <w:rPr>
          <w:sz w:val="20"/>
          <w:szCs w:val="20"/>
        </w:rPr>
      </w:pPr>
      <w:r w:rsidRPr="00C6663C">
        <w:rPr>
          <w:sz w:val="20"/>
          <w:szCs w:val="20"/>
        </w:rPr>
        <w:t>Telefon kontaktowy: ________________________________________________________________________</w:t>
      </w:r>
    </w:p>
    <w:p w:rsidR="001F6F10" w:rsidRPr="00C6663C" w:rsidRDefault="00923A39">
      <w:pPr>
        <w:spacing w:after="80"/>
        <w:rPr>
          <w:sz w:val="20"/>
          <w:szCs w:val="20"/>
        </w:rPr>
      </w:pPr>
      <w:r w:rsidRPr="00C6663C">
        <w:rPr>
          <w:sz w:val="20"/>
          <w:szCs w:val="20"/>
        </w:rPr>
        <w:t>Imię i nazwisko dziecka/zawodnika: ________________________________________________________________________</w:t>
      </w:r>
    </w:p>
    <w:p w:rsidR="001F6F10" w:rsidRPr="00C6663C" w:rsidRDefault="00923A39">
      <w:pPr>
        <w:spacing w:after="80"/>
        <w:rPr>
          <w:sz w:val="20"/>
          <w:szCs w:val="20"/>
        </w:rPr>
      </w:pPr>
      <w:r w:rsidRPr="00C6663C">
        <w:rPr>
          <w:sz w:val="20"/>
          <w:szCs w:val="20"/>
        </w:rPr>
        <w:t>PESEL (opcjonalnie): ________________________________________________________________________</w:t>
      </w:r>
    </w:p>
    <w:p w:rsidR="001F6F10" w:rsidRPr="00C6663C" w:rsidRDefault="00923A39">
      <w:pPr>
        <w:spacing w:after="80"/>
        <w:rPr>
          <w:sz w:val="20"/>
          <w:szCs w:val="20"/>
        </w:rPr>
      </w:pPr>
      <w:r w:rsidRPr="00C6663C">
        <w:rPr>
          <w:sz w:val="20"/>
          <w:szCs w:val="20"/>
        </w:rPr>
        <w:t>Klub sportowy: ________________________________________________________________________</w:t>
      </w:r>
    </w:p>
    <w:p w:rsidR="001F6F10" w:rsidRPr="00C6663C" w:rsidRDefault="00923A39">
      <w:pPr>
        <w:spacing w:after="80"/>
        <w:rPr>
          <w:sz w:val="20"/>
          <w:szCs w:val="20"/>
        </w:rPr>
      </w:pPr>
      <w:r w:rsidRPr="00C6663C">
        <w:rPr>
          <w:sz w:val="20"/>
          <w:szCs w:val="20"/>
        </w:rPr>
        <w:t>Miejsce zawodów: ________________________________________________________________________</w:t>
      </w:r>
    </w:p>
    <w:p w:rsidR="001F6F10" w:rsidRPr="00C6663C" w:rsidRDefault="00923A39">
      <w:pPr>
        <w:spacing w:after="80"/>
        <w:rPr>
          <w:sz w:val="20"/>
          <w:szCs w:val="20"/>
        </w:rPr>
      </w:pPr>
      <w:r w:rsidRPr="00C6663C">
        <w:rPr>
          <w:sz w:val="20"/>
          <w:szCs w:val="20"/>
        </w:rPr>
        <w:t>Data zawodów: ________________________________________________________________________</w:t>
      </w:r>
    </w:p>
    <w:p w:rsidR="001F6F10" w:rsidRPr="00C6663C" w:rsidRDefault="00923A39">
      <w:pPr>
        <w:spacing w:before="120"/>
        <w:rPr>
          <w:sz w:val="20"/>
          <w:szCs w:val="20"/>
        </w:rPr>
      </w:pPr>
      <w:r w:rsidRPr="00C6663C">
        <w:rPr>
          <w:sz w:val="20"/>
          <w:szCs w:val="20"/>
        </w:rPr>
        <w:t>Ja, niżej podpisany/a, jako rodzic/opiekun prawny wskazanego wyżej małoletniego zawodnika, oświadczam, że:</w:t>
      </w:r>
    </w:p>
    <w:p w:rsidR="001F6F10" w:rsidRPr="00C6663C" w:rsidRDefault="00923A39">
      <w:pPr>
        <w:spacing w:before="80" w:after="40"/>
        <w:rPr>
          <w:sz w:val="20"/>
          <w:szCs w:val="20"/>
        </w:rPr>
      </w:pPr>
      <w:r w:rsidRPr="00C6663C">
        <w:rPr>
          <w:b/>
          <w:sz w:val="20"/>
          <w:szCs w:val="20"/>
        </w:rPr>
        <w:t>1. Zgoda na udział w zawodach</w:t>
      </w:r>
    </w:p>
    <w:p w:rsidR="001F6F10" w:rsidRPr="00C6663C" w:rsidRDefault="00923A39">
      <w:pPr>
        <w:spacing w:after="80"/>
        <w:ind w:left="170"/>
        <w:rPr>
          <w:sz w:val="20"/>
          <w:szCs w:val="20"/>
        </w:rPr>
      </w:pPr>
      <w:r w:rsidRPr="00C6663C">
        <w:rPr>
          <w:sz w:val="20"/>
          <w:szCs w:val="20"/>
        </w:rPr>
        <w:t>wyrażam zgodę na udział mojego dziecka w zawodach sportowych odbywających się w miejscu i terminie wskazanym powyżej, a także na udział w czynnościach organizacyjnych związanych z zawodami.</w:t>
      </w:r>
    </w:p>
    <w:p w:rsidR="001F6F10" w:rsidRPr="00C6663C" w:rsidRDefault="00923A39">
      <w:pPr>
        <w:spacing w:before="80" w:after="40"/>
        <w:rPr>
          <w:sz w:val="20"/>
          <w:szCs w:val="20"/>
        </w:rPr>
      </w:pPr>
      <w:r w:rsidRPr="00C6663C">
        <w:rPr>
          <w:b/>
          <w:sz w:val="20"/>
          <w:szCs w:val="20"/>
        </w:rPr>
        <w:t>2. Zgoda na transport prywatnym samochodem</w:t>
      </w:r>
    </w:p>
    <w:p w:rsidR="001F6F10" w:rsidRPr="00C6663C" w:rsidRDefault="00923A39">
      <w:pPr>
        <w:spacing w:after="80"/>
        <w:ind w:left="170"/>
        <w:rPr>
          <w:sz w:val="20"/>
          <w:szCs w:val="20"/>
        </w:rPr>
      </w:pPr>
      <w:r w:rsidRPr="00C6663C">
        <w:rPr>
          <w:sz w:val="20"/>
          <w:szCs w:val="20"/>
        </w:rPr>
        <w:t>wyrażam zgodę na przewóz mojego dziecka prywatnym samochodem w związku z wyjazdem na zawody oraz powrotem z zawodów. Przyjmuję do wiadomości, że przewóz będzie odbywał się z zachowaniem obowiązujących przepisów ruchu drogowego i zasad bezpieczeństwa.</w:t>
      </w:r>
    </w:p>
    <w:p w:rsidR="001F6F10" w:rsidRPr="00C6663C" w:rsidRDefault="00923A39">
      <w:pPr>
        <w:spacing w:after="80"/>
        <w:rPr>
          <w:sz w:val="20"/>
          <w:szCs w:val="20"/>
        </w:rPr>
      </w:pPr>
      <w:r w:rsidRPr="00C6663C">
        <w:rPr>
          <w:sz w:val="20"/>
          <w:szCs w:val="20"/>
        </w:rPr>
        <w:t>Imię i nazwisko kierowcy: ____________________________________________________</w:t>
      </w:r>
    </w:p>
    <w:p w:rsidR="001F6F10" w:rsidRPr="00C6663C" w:rsidRDefault="00923A39">
      <w:pPr>
        <w:spacing w:before="80"/>
        <w:rPr>
          <w:sz w:val="20"/>
          <w:szCs w:val="20"/>
        </w:rPr>
      </w:pPr>
      <w:r w:rsidRPr="00C6663C">
        <w:rPr>
          <w:b/>
          <w:sz w:val="20"/>
          <w:szCs w:val="20"/>
        </w:rPr>
        <w:t>3. Zgoda na udzielenie pierwszej pomocy</w:t>
      </w:r>
    </w:p>
    <w:p w:rsidR="001F6F10" w:rsidRPr="00C6663C" w:rsidRDefault="00923A39">
      <w:pPr>
        <w:spacing w:after="120"/>
        <w:ind w:left="170"/>
        <w:rPr>
          <w:sz w:val="20"/>
          <w:szCs w:val="20"/>
        </w:rPr>
      </w:pPr>
      <w:r w:rsidRPr="00C6663C">
        <w:rPr>
          <w:sz w:val="20"/>
          <w:szCs w:val="20"/>
        </w:rPr>
        <w:t>wyrażam zgodę na udzielenie mojemu dziecku pierwszej pomocy w razie urazu, nagłego pogorszenia samopoczucia lub innego zdarzenia zagrażającego zdrowiu, w obecności trenera/opiekuna grupy, o ile okoliczności na to pozwolą. W razie potrzeby dopuszczam wezwanie zespołu ratownictwa medycznego oraz przekazanie ratownikom informacji niezbędnych do udzielenia pomocy. W sytuacji nagłej, gdy zwłoka mogłaby zagrażać zdrowiu lub życiu dziecka, pomoc może zostać wezwana niezwłocznie.</w:t>
      </w:r>
    </w:p>
    <w:p w:rsidR="001F6F10" w:rsidRPr="00C6663C" w:rsidRDefault="00923A39">
      <w:pPr>
        <w:spacing w:before="80"/>
        <w:rPr>
          <w:sz w:val="20"/>
          <w:szCs w:val="20"/>
        </w:rPr>
      </w:pPr>
      <w:r w:rsidRPr="00C6663C">
        <w:rPr>
          <w:b/>
          <w:sz w:val="20"/>
          <w:szCs w:val="20"/>
        </w:rPr>
        <w:t xml:space="preserve">Informacje o stanie zdrowia dziecka istotne dla bezpieczeństwa podczas zawodów (np. alergie, </w:t>
      </w:r>
      <w:proofErr w:type="spellStart"/>
      <w:r w:rsidRPr="00C6663C">
        <w:rPr>
          <w:b/>
          <w:sz w:val="20"/>
          <w:szCs w:val="20"/>
        </w:rPr>
        <w:t>choroby</w:t>
      </w:r>
      <w:proofErr w:type="spellEnd"/>
      <w:r w:rsidRPr="00C6663C">
        <w:rPr>
          <w:b/>
          <w:sz w:val="20"/>
          <w:szCs w:val="20"/>
        </w:rPr>
        <w:t xml:space="preserve"> </w:t>
      </w:r>
      <w:proofErr w:type="spellStart"/>
      <w:r w:rsidRPr="00C6663C">
        <w:rPr>
          <w:b/>
          <w:sz w:val="20"/>
          <w:szCs w:val="20"/>
        </w:rPr>
        <w:t>przewlekłe</w:t>
      </w:r>
      <w:proofErr w:type="spellEnd"/>
      <w:r w:rsidRPr="00C6663C">
        <w:rPr>
          <w:b/>
          <w:sz w:val="20"/>
          <w:szCs w:val="20"/>
        </w:rPr>
        <w:t xml:space="preserve">, </w:t>
      </w:r>
      <w:proofErr w:type="spellStart"/>
      <w:r w:rsidRPr="00C6663C">
        <w:rPr>
          <w:b/>
          <w:sz w:val="20"/>
          <w:szCs w:val="20"/>
        </w:rPr>
        <w:t>przyjmowane</w:t>
      </w:r>
      <w:proofErr w:type="spellEnd"/>
      <w:r w:rsidRPr="00C6663C">
        <w:rPr>
          <w:b/>
          <w:sz w:val="20"/>
          <w:szCs w:val="20"/>
        </w:rPr>
        <w:t xml:space="preserve"> </w:t>
      </w:r>
      <w:proofErr w:type="spellStart"/>
      <w:r w:rsidRPr="00C6663C">
        <w:rPr>
          <w:b/>
          <w:sz w:val="20"/>
          <w:szCs w:val="20"/>
        </w:rPr>
        <w:t>leki</w:t>
      </w:r>
      <w:proofErr w:type="spellEnd"/>
      <w:r w:rsidRPr="00C6663C">
        <w:rPr>
          <w:b/>
          <w:sz w:val="20"/>
          <w:szCs w:val="20"/>
        </w:rPr>
        <w:t>):</w:t>
      </w:r>
    </w:p>
    <w:p w:rsidR="00C6663C" w:rsidRPr="00C6663C" w:rsidRDefault="00923A39">
      <w:pPr>
        <w:spacing w:after="80"/>
        <w:rPr>
          <w:sz w:val="20"/>
          <w:szCs w:val="20"/>
        </w:rPr>
      </w:pPr>
      <w:r w:rsidRPr="00C6663C">
        <w:rPr>
          <w:sz w:val="20"/>
          <w:szCs w:val="20"/>
        </w:rPr>
        <w:t>_________________________________________________________________________</w:t>
      </w:r>
      <w:r w:rsidR="00C6663C" w:rsidRPr="00C6663C">
        <w:rPr>
          <w:sz w:val="20"/>
          <w:szCs w:val="20"/>
        </w:rPr>
        <w:t>_________________________</w:t>
      </w:r>
    </w:p>
    <w:p w:rsidR="001F6F10" w:rsidRPr="00C6663C" w:rsidRDefault="00923A39">
      <w:pPr>
        <w:spacing w:after="80"/>
        <w:rPr>
          <w:sz w:val="20"/>
          <w:szCs w:val="20"/>
        </w:rPr>
      </w:pPr>
      <w:r w:rsidRPr="00C6663C">
        <w:rPr>
          <w:sz w:val="20"/>
          <w:szCs w:val="20"/>
        </w:rPr>
        <w:t>___________________________________________________________________________________________________</w:t>
      </w:r>
    </w:p>
    <w:p w:rsidR="00C6663C" w:rsidRDefault="00923A39" w:rsidP="00C6663C">
      <w:pPr>
        <w:spacing w:before="100" w:after="320"/>
        <w:rPr>
          <w:sz w:val="20"/>
          <w:szCs w:val="20"/>
        </w:rPr>
      </w:pPr>
      <w:r w:rsidRPr="00C6663C">
        <w:rPr>
          <w:sz w:val="20"/>
          <w:szCs w:val="20"/>
        </w:rPr>
        <w:t xml:space="preserve">Oświadczam, że zapoznałem/am się z powyższymi informacjami i przekazałem/am dane istotne </w:t>
      </w:r>
      <w:proofErr w:type="spellStart"/>
      <w:r w:rsidRPr="00C6663C">
        <w:rPr>
          <w:sz w:val="20"/>
          <w:szCs w:val="20"/>
        </w:rPr>
        <w:t>dla</w:t>
      </w:r>
      <w:proofErr w:type="spellEnd"/>
      <w:r w:rsidRPr="00C6663C">
        <w:rPr>
          <w:sz w:val="20"/>
          <w:szCs w:val="20"/>
        </w:rPr>
        <w:t xml:space="preserve"> </w:t>
      </w:r>
      <w:proofErr w:type="spellStart"/>
      <w:r w:rsidRPr="00C6663C">
        <w:rPr>
          <w:sz w:val="20"/>
          <w:szCs w:val="20"/>
        </w:rPr>
        <w:t>bezpieczeństwa</w:t>
      </w:r>
      <w:proofErr w:type="spellEnd"/>
      <w:r w:rsidRPr="00C6663C">
        <w:rPr>
          <w:sz w:val="20"/>
          <w:szCs w:val="20"/>
        </w:rPr>
        <w:t xml:space="preserve"> </w:t>
      </w:r>
      <w:proofErr w:type="spellStart"/>
      <w:r w:rsidRPr="00C6663C">
        <w:rPr>
          <w:sz w:val="20"/>
          <w:szCs w:val="20"/>
        </w:rPr>
        <w:t>mojego</w:t>
      </w:r>
      <w:proofErr w:type="spellEnd"/>
      <w:r w:rsidRPr="00C6663C">
        <w:rPr>
          <w:sz w:val="20"/>
          <w:szCs w:val="20"/>
        </w:rPr>
        <w:t xml:space="preserve"> </w:t>
      </w:r>
      <w:proofErr w:type="spellStart"/>
      <w:r w:rsidRPr="00C6663C">
        <w:rPr>
          <w:sz w:val="20"/>
          <w:szCs w:val="20"/>
        </w:rPr>
        <w:t>dziecka</w:t>
      </w:r>
      <w:proofErr w:type="spellEnd"/>
      <w:r w:rsidRPr="00C6663C">
        <w:rPr>
          <w:sz w:val="20"/>
          <w:szCs w:val="20"/>
        </w:rPr>
        <w:t>.</w:t>
      </w:r>
    </w:p>
    <w:p w:rsidR="00C6663C" w:rsidRDefault="00C6663C" w:rsidP="00C6663C">
      <w:pPr>
        <w:spacing w:before="100" w:after="320" w:line="240" w:lineRule="auto"/>
        <w:rPr>
          <w:sz w:val="20"/>
          <w:szCs w:val="20"/>
        </w:rPr>
      </w:pPr>
      <w:r w:rsidRPr="00C6663C">
        <w:rPr>
          <w:sz w:val="20"/>
          <w:szCs w:val="20"/>
        </w:rPr>
        <w:t xml:space="preserve">* - </w:t>
      </w:r>
      <w:proofErr w:type="spellStart"/>
      <w:r w:rsidRPr="00C6663C">
        <w:rPr>
          <w:sz w:val="20"/>
          <w:szCs w:val="20"/>
        </w:rPr>
        <w:t>niepotrzebne</w:t>
      </w:r>
      <w:proofErr w:type="spellEnd"/>
      <w:r w:rsidRPr="00C6663C">
        <w:rPr>
          <w:sz w:val="20"/>
          <w:szCs w:val="20"/>
        </w:rPr>
        <w:t xml:space="preserve"> </w:t>
      </w:r>
      <w:proofErr w:type="spellStart"/>
      <w:r w:rsidRPr="00C6663C">
        <w:rPr>
          <w:sz w:val="20"/>
          <w:szCs w:val="20"/>
        </w:rPr>
        <w:t>skreślić</w:t>
      </w:r>
      <w:proofErr w:type="spellEnd"/>
      <w:r>
        <w:rPr>
          <w:sz w:val="20"/>
          <w:szCs w:val="20"/>
        </w:rPr>
        <w:t xml:space="preserve">                  </w:t>
      </w:r>
    </w:p>
    <w:p w:rsidR="00C6663C" w:rsidRPr="00C6663C" w:rsidRDefault="00C6663C" w:rsidP="00C6663C">
      <w:pPr>
        <w:spacing w:before="100" w:after="32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</w:t>
      </w:r>
      <w:r w:rsidRPr="00C6663C">
        <w:rPr>
          <w:sz w:val="20"/>
          <w:szCs w:val="20"/>
        </w:rPr>
        <w:t>____________________________________</w:t>
      </w:r>
      <w:r w:rsidRPr="00C6663C">
        <w:rPr>
          <w:sz w:val="20"/>
          <w:szCs w:val="20"/>
        </w:rPr>
        <w:br/>
      </w:r>
      <w:proofErr w:type="spellStart"/>
      <w:r w:rsidRPr="00C6663C">
        <w:rPr>
          <w:i/>
          <w:sz w:val="20"/>
          <w:szCs w:val="20"/>
        </w:rPr>
        <w:t>Czytelny</w:t>
      </w:r>
      <w:proofErr w:type="spellEnd"/>
      <w:r w:rsidRPr="00C6663C">
        <w:rPr>
          <w:i/>
          <w:sz w:val="20"/>
          <w:szCs w:val="20"/>
        </w:rPr>
        <w:t xml:space="preserve"> </w:t>
      </w:r>
      <w:proofErr w:type="spellStart"/>
      <w:r w:rsidRPr="00C6663C">
        <w:rPr>
          <w:i/>
          <w:sz w:val="20"/>
          <w:szCs w:val="20"/>
        </w:rPr>
        <w:t>podpis</w:t>
      </w:r>
      <w:proofErr w:type="spellEnd"/>
      <w:r w:rsidRPr="00C6663C">
        <w:rPr>
          <w:i/>
          <w:sz w:val="20"/>
          <w:szCs w:val="20"/>
        </w:rPr>
        <w:t xml:space="preserve"> </w:t>
      </w:r>
      <w:proofErr w:type="spellStart"/>
      <w:r w:rsidRPr="00C6663C">
        <w:rPr>
          <w:i/>
          <w:sz w:val="20"/>
          <w:szCs w:val="20"/>
        </w:rPr>
        <w:t>rodzica</w:t>
      </w:r>
      <w:proofErr w:type="spellEnd"/>
      <w:r w:rsidRPr="00C6663C">
        <w:rPr>
          <w:i/>
          <w:sz w:val="20"/>
          <w:szCs w:val="20"/>
        </w:rPr>
        <w:t>/</w:t>
      </w:r>
      <w:proofErr w:type="spellStart"/>
      <w:r w:rsidRPr="00C6663C">
        <w:rPr>
          <w:i/>
          <w:sz w:val="20"/>
          <w:szCs w:val="20"/>
        </w:rPr>
        <w:t>opiekuna</w:t>
      </w:r>
      <w:proofErr w:type="spellEnd"/>
      <w:r w:rsidRPr="00C6663C">
        <w:rPr>
          <w:i/>
          <w:sz w:val="20"/>
          <w:szCs w:val="20"/>
        </w:rPr>
        <w:t xml:space="preserve"> </w:t>
      </w:r>
      <w:proofErr w:type="spellStart"/>
      <w:r w:rsidRPr="00C6663C">
        <w:rPr>
          <w:i/>
          <w:sz w:val="20"/>
          <w:szCs w:val="20"/>
        </w:rPr>
        <w:t>prawnego</w:t>
      </w:r>
      <w:bookmarkStart w:id="0" w:name="_GoBack"/>
      <w:bookmarkEnd w:id="0"/>
      <w:proofErr w:type="spellEnd"/>
    </w:p>
    <w:sectPr w:rsidR="00C6663C" w:rsidRPr="00C66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F6F10"/>
    <w:rsid w:val="0029639D"/>
    <w:rsid w:val="00326F90"/>
    <w:rsid w:val="00923A39"/>
    <w:rsid w:val="00AA1D8D"/>
    <w:rsid w:val="00B47730"/>
    <w:rsid w:val="00C6663C"/>
    <w:rsid w:val="00CB0664"/>
    <w:rsid w:val="00CB27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923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A3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923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A3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9D333D-A431-4686-AA5F-FE0FAB3DC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2394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Kopruch</cp:lastModifiedBy>
  <cp:revision>2</cp:revision>
  <dcterms:created xsi:type="dcterms:W3CDTF">2026-10-20T14:22:00Z</dcterms:created>
  <dcterms:modified xsi:type="dcterms:W3CDTF">2026-10-20T14:22:00Z</dcterms:modified>
</cp:coreProperties>
</file>